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Advancements in eBay Through AI – Part 1</w:t>
      </w:r>
    </w:p>
    <w:p>
      <w:r>
        <w:rPr>
          <w:b/>
        </w:rPr>
        <w:t xml:space="preserve">Trainer: </w:t>
      </w:r>
      <w:r>
        <w:t>Samam Amer</w:t>
      </w:r>
    </w:p>
    <w:p>
      <w:pPr>
        <w:pStyle w:val="Heading2"/>
      </w:pPr>
      <w:r>
        <w:t>Golden Prompt Formula</w:t>
      </w:r>
    </w:p>
    <w:p>
      <w:r>
        <w:t>Task: Write a product description and 13 tags.</w:t>
        <w:br/>
        <w:t>Context: I sell handmade, vegetable-tanned leather wallets on Etsy. My target audience is women looking for durable, high-quality gifts for husbands or fathers.</w:t>
        <w:br/>
        <w:t>Example: "Features: 6 card slots, full-grain leather. Benefit: Ages beautifully over time."</w:t>
        <w:br/>
        <w:t>Character: Act as a Senior Etsy SEO Strategist and Copywriting Expert.</w:t>
        <w:br/>
        <w:t>Format: Use a bulleted list for features and a persuasive paragraph for the intro.</w:t>
        <w:br/>
        <w:t>Tone: Professional, craftsmanship-focused, and persuasive.</w:t>
      </w:r>
    </w:p>
    <w:p>
      <w:pPr>
        <w:pStyle w:val="Heading2"/>
      </w:pPr>
      <w:r>
        <w:t>Prompt for Negative Feedback / Defects</w:t>
      </w:r>
    </w:p>
    <w:p>
      <w:r>
        <w:t>Write a very professional appeal for a negative feedback on my eBay account to eBay Customer Support.</w:t>
        <w:br/>
        <w:br/>
        <w:t>Reason:</w:t>
        <w:br/>
        <w:t>Reason in Detail:</w:t>
        <w:br/>
        <w:t>Writing Style: Persuasive</w:t>
        <w:br/>
        <w:t>Tone: Emotional</w:t>
        <w:br/>
        <w:t>My Medical Condition:</w:t>
        <w:br/>
        <w:t>Buyer ID:</w:t>
        <w:br/>
        <w:t>Item ID:</w:t>
        <w:br/>
        <w:t>Buyer's Feedback:</w:t>
      </w:r>
    </w:p>
    <w:p>
      <w:pPr>
        <w:pStyle w:val="Heading2"/>
      </w:pPr>
      <w:r>
        <w:t>Prompt for Policy Violation</w:t>
      </w:r>
    </w:p>
    <w:p>
      <w:r>
        <w:t>Act as an eBay compliance reviewer. Analyze this product title, description, images, supplier link, and brand references. Flag possible counterfeit, VeRO, trademark, copyright, restricted-product, or misleading-claim risks. Give a risk score from 1–10 and rewrite the title safely.</w:t>
      </w:r>
    </w:p>
    <w:p>
      <w:pPr>
        <w:pStyle w:val="Heading2"/>
      </w:pPr>
      <w:r>
        <w:t>Prompt for Claude Product Research</w:t>
      </w:r>
    </w:p>
    <w:p>
      <w:r>
        <w:t>Act as an eBay UK product research analyst. Research current heatwave-related demand in the UK and find 10 strong niches for eBay UK sellers. For each niche, give 2 major star products. Create easy scores for sell predictability, market competition, profit potential, seasonality, supplier finding ease, return risk, and policy risk. Give the final top 5 products to test first. Separate facts from assumptions and show the sources or evidence used.</w:t>
      </w:r>
    </w:p>
    <w:p>
      <w:pPr>
        <w:pStyle w:val="Heading2"/>
      </w:pPr>
      <w:r>
        <w:t>Prompt for eBay Hero Image</w:t>
      </w:r>
    </w:p>
    <w:p>
      <w:r>
        <w:t>Create a premium 1:1 eBay hero infographic concept for this product. Use the actual product image accurately. Do not invent features. Highlight only benefits supported by the product description. Use a clean layout, a strong headline, 3–5 feature callouts, trust badges only when supported, lifestyle context, and clear product visibility. Keep it marketplace-safe.</w:t>
      </w:r>
    </w:p>
    <w:p>
      <w:pPr>
        <w:pStyle w:val="Heading2"/>
      </w:pPr>
      <w:r>
        <w:t>Prompt for LinkedIn Post Generator</w:t>
      </w:r>
    </w:p>
    <w:p>
      <w:r>
        <w:t>Act as a LinkedIn Content Creator and Lead Generator. Generate a highly valuable, engaging, and informative LinkedIn post on the title below.</w:t>
        <w:br/>
        <w:br/>
        <w:t>Focus: Value, Value, Value</w:t>
        <w:br/>
        <w:t>Tone: Conversational, Spartan, use less corporate jargon.</w:t>
        <w:br/>
        <w:br/>
        <w:t>LinkedIn Title (Hook):</w:t>
        <w:br/>
      </w:r>
    </w:p>
    <w:p>
      <w:pPr>
        <w:pStyle w:val="Heading2"/>
      </w:pPr>
      <w:r>
        <w:t>Prompt for LinkedIn Idea Generator</w:t>
      </w:r>
    </w:p>
    <w:p>
      <w:r>
        <w:t>I want to start a LinkedIn content drive to get views and clients. My focus is eBay Growth, Revenue Maximization, eBay Seller Consulting, and eBay Outsourcing. You may also include broader high-engagement topics.</w:t>
        <w:br/>
        <w:br/>
        <w:t>Generate the best 30 LinkedIn post titles following these rules:</w:t>
        <w:br/>
        <w:t>1. Use specific numbers to gain trust.</w:t>
        <w:br/>
        <w:t>2. Keep the hook between 7–10 words.</w:t>
        <w:br/>
        <w:t>3. Reveal the final outcome in the hook.</w:t>
        <w:br/>
        <w:t>4. Always deliver on the hook's promise.</w:t>
        <w:br/>
        <w:t>5. Use the first line to make a statement.</w:t>
        <w:br/>
        <w:t>6. Use the second line to add context.</w:t>
        <w:br/>
        <w:t>7. Use curiosity to encourage 'See more'.</w:t>
        <w:br/>
        <w:t>8. Give an immediate benefit or result.</w:t>
        <w:br/>
        <w:t>9. Use transformations for emotional connection.</w:t>
        <w:br/>
        <w:t>10. Keep it focused on one simple idea.</w:t>
        <w:br/>
        <w:t>11. Use parentheses to highlight a desired outcome.</w:t>
        <w:br/>
        <w:t>12. Frequently use 'you', 'your', 'How I', and 'How you'.</w:t>
        <w:br/>
        <w:t>13. Use years or numbers (e.g., 2024, 2026, 7 Tips).</w:t>
        <w:br/>
        <w:br/>
        <w:t>Tone: Conversational, Spartan, with minimal corporate jargon.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